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A63C06"/>
          <w:sz w:val="40"/>
          <w:rtl/>
          <w:szCs w:val="40"/>
          <w:bCs/>
        </w:rPr>
        <w:t>🔑 פתרון התפזורת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1043"/>
        <w:gridCol w:w="1043"/>
        <w:gridCol w:w="1043"/>
        <w:gridCol w:w="1043"/>
        <w:gridCol w:w="1043"/>
        <w:gridCol w:w="1043"/>
        <w:gridCol w:w="1043"/>
        <w:gridCol w:w="1043"/>
        <w:gridCol w:w="1043"/>
        <w:gridCol w:w="1043"/>
      </w:tblGrid>
      <w:tr>
        <w:tc>
          <w:tcPr>
            <w:tcW w:type="dxa" w:w="1043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ה</w:t>
            </w:r>
          </w:p>
        </w:tc>
        <w:tc>
          <w:tcPr>
            <w:tcW w:type="dxa" w:w="1043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צ</w:t>
            </w:r>
          </w:p>
        </w:tc>
        <w:tc>
          <w:tcPr>
            <w:tcW w:type="dxa" w:w="1043"/>
            <w:shd w:val="clear" w:fill="B2F2BB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ח</w:t>
            </w:r>
          </w:p>
        </w:tc>
        <w:tc>
          <w:tcPr>
            <w:tcW w:type="dxa" w:w="1043"/>
            <w:shd w:val="clear" w:fill="B2F2BB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ו</w:t>
            </w:r>
          </w:p>
        </w:tc>
        <w:tc>
          <w:tcPr>
            <w:tcW w:type="dxa" w:w="1043"/>
            <w:shd w:val="clear" w:fill="B2F2BB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מ</w:t>
            </w:r>
          </w:p>
        </w:tc>
        <w:tc>
          <w:tcPr>
            <w:tcW w:type="dxa" w:w="1043"/>
            <w:shd w:val="clear" w:fill="B2F2BB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ש</w:t>
            </w:r>
          </w:p>
        </w:tc>
        <w:tc>
          <w:tcPr>
            <w:tcW w:type="dxa" w:w="1043"/>
            <w:shd w:val="clear" w:fill="B2F2BB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ל</w:t>
            </w:r>
          </w:p>
        </w:tc>
        <w:tc>
          <w:tcPr>
            <w:tcW w:type="dxa" w:w="1043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ס</w:t>
            </w:r>
          </w:p>
        </w:tc>
        <w:tc>
          <w:tcPr>
            <w:tcW w:type="dxa" w:w="1043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ו</w:t>
            </w:r>
          </w:p>
        </w:tc>
        <w:tc>
          <w:tcPr>
            <w:tcW w:type="dxa" w:w="1043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ד</w:t>
            </w:r>
          </w:p>
        </w:tc>
      </w:tr>
      <w:tr>
        <w:tc>
          <w:tcPr>
            <w:tcW w:type="dxa" w:w="1043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ל</w:t>
            </w:r>
          </w:p>
        </w:tc>
        <w:tc>
          <w:tcPr>
            <w:tcW w:type="dxa" w:w="1043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ה</w:t>
            </w:r>
          </w:p>
        </w:tc>
        <w:tc>
          <w:tcPr>
            <w:tcW w:type="dxa" w:w="1043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א</w:t>
            </w:r>
          </w:p>
        </w:tc>
        <w:tc>
          <w:tcPr>
            <w:tcW w:type="dxa" w:w="1043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ב</w:t>
            </w:r>
          </w:p>
        </w:tc>
        <w:tc>
          <w:tcPr>
            <w:tcW w:type="dxa" w:w="1043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פ</w:t>
            </w:r>
          </w:p>
        </w:tc>
        <w:tc>
          <w:tcPr>
            <w:tcW w:type="dxa" w:w="1043"/>
            <w:shd w:val="clear" w:fill="B2F2BB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ל</w:t>
            </w:r>
          </w:p>
        </w:tc>
        <w:tc>
          <w:tcPr>
            <w:tcW w:type="dxa" w:w="1043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מ</w:t>
            </w:r>
          </w:p>
        </w:tc>
        <w:tc>
          <w:tcPr>
            <w:tcW w:type="dxa" w:w="1043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ו</w:t>
            </w:r>
          </w:p>
        </w:tc>
        <w:tc>
          <w:tcPr>
            <w:tcW w:type="dxa" w:w="1043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נ</w:t>
            </w:r>
          </w:p>
        </w:tc>
        <w:tc>
          <w:tcPr>
            <w:tcW w:type="dxa" w:w="1043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א</w:t>
            </w:r>
          </w:p>
        </w:tc>
      </w:tr>
      <w:tr>
        <w:tc>
          <w:tcPr>
            <w:tcW w:type="dxa" w:w="1043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ג</w:t>
            </w:r>
          </w:p>
        </w:tc>
        <w:tc>
          <w:tcPr>
            <w:tcW w:type="dxa" w:w="1043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פ</w:t>
            </w:r>
          </w:p>
        </w:tc>
        <w:tc>
          <w:tcPr>
            <w:tcW w:type="dxa" w:w="1043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</w:t>
            </w:r>
          </w:p>
        </w:tc>
        <w:tc>
          <w:tcPr>
            <w:tcW w:type="dxa" w:w="1043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מ</w:t>
            </w:r>
          </w:p>
        </w:tc>
        <w:tc>
          <w:tcPr>
            <w:tcW w:type="dxa" w:w="1043"/>
            <w:shd w:val="clear" w:fill="B2F2BB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ע</w:t>
            </w:r>
          </w:p>
        </w:tc>
        <w:tc>
          <w:tcPr>
            <w:tcW w:type="dxa" w:w="1043"/>
            <w:shd w:val="clear" w:fill="B2F2BB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ד</w:t>
            </w:r>
          </w:p>
        </w:tc>
        <w:tc>
          <w:tcPr>
            <w:tcW w:type="dxa" w:w="1043"/>
            <w:shd w:val="clear" w:fill="B2F2BB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ח</w:t>
            </w:r>
          </w:p>
        </w:tc>
        <w:tc>
          <w:tcPr>
            <w:tcW w:type="dxa" w:w="1043"/>
            <w:shd w:val="clear" w:fill="B2F2BB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י</w:t>
            </w:r>
          </w:p>
        </w:tc>
        <w:tc>
          <w:tcPr>
            <w:tcW w:type="dxa" w:w="1043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נ</w:t>
            </w:r>
          </w:p>
        </w:tc>
        <w:tc>
          <w:tcPr>
            <w:tcW w:type="dxa" w:w="1043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ז</w:t>
            </w:r>
          </w:p>
        </w:tc>
      </w:tr>
      <w:tr>
        <w:tc>
          <w:tcPr>
            <w:tcW w:type="dxa" w:w="1043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ש</w:t>
            </w:r>
          </w:p>
        </w:tc>
        <w:tc>
          <w:tcPr>
            <w:tcW w:type="dxa" w:w="1043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ר</w:t>
            </w:r>
          </w:p>
        </w:tc>
        <w:tc>
          <w:tcPr>
            <w:tcW w:type="dxa" w:w="1043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ר</w:t>
            </w:r>
          </w:p>
        </w:tc>
        <w:tc>
          <w:tcPr>
            <w:tcW w:type="dxa" w:w="1043"/>
            <w:shd w:val="clear" w:fill="B2F2BB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ל</w:t>
            </w:r>
          </w:p>
        </w:tc>
        <w:tc>
          <w:tcPr>
            <w:tcW w:type="dxa" w:w="1043"/>
            <w:shd w:val="clear" w:fill="B2F2BB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ה</w:t>
            </w:r>
          </w:p>
        </w:tc>
        <w:tc>
          <w:tcPr>
            <w:tcW w:type="dxa" w:w="1043"/>
            <w:shd w:val="clear" w:fill="B2F2BB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ח</w:t>
            </w:r>
          </w:p>
        </w:tc>
        <w:tc>
          <w:tcPr>
            <w:tcW w:type="dxa" w:w="1043"/>
            <w:shd w:val="clear" w:fill="B2F2BB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ו</w:t>
            </w:r>
          </w:p>
        </w:tc>
        <w:tc>
          <w:tcPr>
            <w:tcW w:type="dxa" w:w="1043"/>
            <w:shd w:val="clear" w:fill="B2F2BB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ר</w:t>
            </w:r>
          </w:p>
        </w:tc>
        <w:tc>
          <w:tcPr>
            <w:tcW w:type="dxa" w:w="1043"/>
            <w:shd w:val="clear" w:fill="B2F2BB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א</w:t>
            </w:r>
          </w:p>
        </w:tc>
        <w:tc>
          <w:tcPr>
            <w:tcW w:type="dxa" w:w="1043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</w:t>
            </w:r>
          </w:p>
        </w:tc>
      </w:tr>
      <w:tr>
        <w:tc>
          <w:tcPr>
            <w:tcW w:type="dxa" w:w="1043"/>
            <w:shd w:val="clear" w:fill="B2F2BB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</w:t>
            </w:r>
          </w:p>
        </w:tc>
        <w:tc>
          <w:tcPr>
            <w:tcW w:type="dxa" w:w="1043"/>
            <w:shd w:val="clear" w:fill="B2F2BB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ו</w:t>
            </w:r>
          </w:p>
        </w:tc>
        <w:tc>
          <w:tcPr>
            <w:tcW w:type="dxa" w:w="1043"/>
            <w:shd w:val="clear" w:fill="B2F2BB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ו</w:t>
            </w:r>
          </w:p>
        </w:tc>
        <w:tc>
          <w:tcPr>
            <w:tcW w:type="dxa" w:w="1043"/>
            <w:shd w:val="clear" w:fill="B2F2BB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ק</w:t>
            </w:r>
          </w:p>
        </w:tc>
        <w:tc>
          <w:tcPr>
            <w:tcW w:type="dxa" w:w="1043"/>
            <w:shd w:val="clear" w:fill="B2F2BB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ל</w:t>
            </w:r>
          </w:p>
        </w:tc>
        <w:tc>
          <w:tcPr>
            <w:tcW w:type="dxa" w:w="1043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כ</w:t>
            </w:r>
          </w:p>
        </w:tc>
        <w:tc>
          <w:tcPr>
            <w:tcW w:type="dxa" w:w="1043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ז</w:t>
            </w:r>
          </w:p>
        </w:tc>
        <w:tc>
          <w:tcPr>
            <w:tcW w:type="dxa" w:w="1043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ד</w:t>
            </w:r>
          </w:p>
        </w:tc>
        <w:tc>
          <w:tcPr>
            <w:tcW w:type="dxa" w:w="1043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ט</w:t>
            </w:r>
          </w:p>
        </w:tc>
        <w:tc>
          <w:tcPr>
            <w:tcW w:type="dxa" w:w="1043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ט</w:t>
            </w:r>
          </w:p>
        </w:tc>
      </w:tr>
      <w:tr>
        <w:tc>
          <w:tcPr>
            <w:tcW w:type="dxa" w:w="1043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א</w:t>
            </w:r>
          </w:p>
        </w:tc>
        <w:tc>
          <w:tcPr>
            <w:tcW w:type="dxa" w:w="1043"/>
            <w:shd w:val="clear" w:fill="B2F2BB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</w:t>
            </w:r>
          </w:p>
        </w:tc>
        <w:tc>
          <w:tcPr>
            <w:tcW w:type="dxa" w:w="1043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ש</w:t>
            </w:r>
          </w:p>
        </w:tc>
        <w:tc>
          <w:tcPr>
            <w:tcW w:type="dxa" w:w="1043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ק</w:t>
            </w:r>
          </w:p>
        </w:tc>
        <w:tc>
          <w:tcPr>
            <w:tcW w:type="dxa" w:w="1043"/>
            <w:shd w:val="clear" w:fill="B2F2BB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ף</w:t>
            </w:r>
          </w:p>
        </w:tc>
        <w:tc>
          <w:tcPr>
            <w:tcW w:type="dxa" w:w="1043"/>
            <w:shd w:val="clear" w:fill="B2F2BB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ו</w:t>
            </w:r>
          </w:p>
        </w:tc>
        <w:tc>
          <w:tcPr>
            <w:tcW w:type="dxa" w:w="1043"/>
            <w:shd w:val="clear" w:fill="B2F2BB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נ</w:t>
            </w:r>
          </w:p>
        </w:tc>
        <w:tc>
          <w:tcPr>
            <w:tcW w:type="dxa" w:w="1043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ג</w:t>
            </w:r>
          </w:p>
        </w:tc>
        <w:tc>
          <w:tcPr>
            <w:tcW w:type="dxa" w:w="1043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כ</w:t>
            </w:r>
          </w:p>
        </w:tc>
        <w:tc>
          <w:tcPr>
            <w:tcW w:type="dxa" w:w="1043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ש</w:t>
            </w:r>
          </w:p>
        </w:tc>
      </w:tr>
      <w:tr>
        <w:tc>
          <w:tcPr>
            <w:tcW w:type="dxa" w:w="1043"/>
            <w:shd w:val="clear" w:fill="B2F2BB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</w:t>
            </w:r>
          </w:p>
        </w:tc>
        <w:tc>
          <w:tcPr>
            <w:tcW w:type="dxa" w:w="1043"/>
            <w:shd w:val="clear" w:fill="B2F2BB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י</w:t>
            </w:r>
          </w:p>
        </w:tc>
        <w:tc>
          <w:tcPr>
            <w:tcW w:type="dxa" w:w="1043"/>
            <w:shd w:val="clear" w:fill="B2F2BB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ר</w:t>
            </w:r>
          </w:p>
        </w:tc>
        <w:tc>
          <w:tcPr>
            <w:tcW w:type="dxa" w:w="1043"/>
            <w:shd w:val="clear" w:fill="B2F2BB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ה</w:t>
            </w:r>
          </w:p>
        </w:tc>
        <w:tc>
          <w:tcPr>
            <w:tcW w:type="dxa" w:w="1043"/>
            <w:shd w:val="clear" w:fill="B2F2BB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מ</w:t>
            </w:r>
          </w:p>
        </w:tc>
        <w:tc>
          <w:tcPr>
            <w:tcW w:type="dxa" w:w="1043"/>
            <w:shd w:val="clear" w:fill="B2F2BB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א</w:t>
            </w:r>
          </w:p>
        </w:tc>
        <w:tc>
          <w:tcPr>
            <w:tcW w:type="dxa" w:w="1043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ט</w:t>
            </w:r>
          </w:p>
        </w:tc>
        <w:tc>
          <w:tcPr>
            <w:tcW w:type="dxa" w:w="1043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ג</w:t>
            </w:r>
          </w:p>
        </w:tc>
        <w:tc>
          <w:tcPr>
            <w:tcW w:type="dxa" w:w="1043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א</w:t>
            </w:r>
          </w:p>
        </w:tc>
        <w:tc>
          <w:tcPr>
            <w:tcW w:type="dxa" w:w="1043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ק</w:t>
            </w:r>
          </w:p>
        </w:tc>
      </w:tr>
      <w:tr>
        <w:tc>
          <w:tcPr>
            <w:tcW w:type="dxa" w:w="1043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ט</w:t>
            </w:r>
          </w:p>
        </w:tc>
        <w:tc>
          <w:tcPr>
            <w:tcW w:type="dxa" w:w="1043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צ</w:t>
            </w:r>
          </w:p>
        </w:tc>
        <w:tc>
          <w:tcPr>
            <w:tcW w:type="dxa" w:w="1043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צ</w:t>
            </w:r>
          </w:p>
        </w:tc>
        <w:tc>
          <w:tcPr>
            <w:tcW w:type="dxa" w:w="1043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צ</w:t>
            </w:r>
          </w:p>
        </w:tc>
        <w:tc>
          <w:tcPr>
            <w:tcW w:type="dxa" w:w="1043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</w:t>
            </w:r>
          </w:p>
        </w:tc>
        <w:tc>
          <w:tcPr>
            <w:tcW w:type="dxa" w:w="1043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ה</w:t>
            </w:r>
          </w:p>
        </w:tc>
        <w:tc>
          <w:tcPr>
            <w:tcW w:type="dxa" w:w="1043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ס</w:t>
            </w:r>
          </w:p>
        </w:tc>
        <w:tc>
          <w:tcPr>
            <w:tcW w:type="dxa" w:w="1043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</w:t>
            </w:r>
          </w:p>
        </w:tc>
        <w:tc>
          <w:tcPr>
            <w:tcW w:type="dxa" w:w="1043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ז</w:t>
            </w:r>
          </w:p>
        </w:tc>
        <w:tc>
          <w:tcPr>
            <w:tcW w:type="dxa" w:w="1043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כ</w:t>
            </w:r>
          </w:p>
        </w:tc>
      </w:tr>
      <w:tr>
        <w:tc>
          <w:tcPr>
            <w:tcW w:type="dxa" w:w="1043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ל</w:t>
            </w:r>
          </w:p>
        </w:tc>
        <w:tc>
          <w:tcPr>
            <w:tcW w:type="dxa" w:w="1043"/>
            <w:shd w:val="clear" w:fill="B2F2BB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ה</w:t>
            </w:r>
          </w:p>
        </w:tc>
        <w:tc>
          <w:tcPr>
            <w:tcW w:type="dxa" w:w="1043"/>
            <w:shd w:val="clear" w:fill="B2F2BB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ב</w:t>
            </w:r>
          </w:p>
        </w:tc>
        <w:tc>
          <w:tcPr>
            <w:tcW w:type="dxa" w:w="1043"/>
            <w:shd w:val="clear" w:fill="B2F2BB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ו</w:t>
            </w:r>
          </w:p>
        </w:tc>
        <w:tc>
          <w:tcPr>
            <w:tcW w:type="dxa" w:w="1043"/>
            <w:shd w:val="clear" w:fill="B2F2BB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ש</w:t>
            </w:r>
          </w:p>
        </w:tc>
        <w:tc>
          <w:tcPr>
            <w:tcW w:type="dxa" w:w="1043"/>
            <w:shd w:val="clear" w:fill="B2F2BB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</w:t>
            </w:r>
          </w:p>
        </w:tc>
        <w:tc>
          <w:tcPr>
            <w:tcW w:type="dxa" w:w="1043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</w:t>
            </w:r>
          </w:p>
        </w:tc>
        <w:tc>
          <w:tcPr>
            <w:tcW w:type="dxa" w:w="1043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ח</w:t>
            </w:r>
          </w:p>
        </w:tc>
        <w:tc>
          <w:tcPr>
            <w:tcW w:type="dxa" w:w="1043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ז</w:t>
            </w:r>
          </w:p>
        </w:tc>
        <w:tc>
          <w:tcPr>
            <w:tcW w:type="dxa" w:w="1043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כ</w:t>
            </w:r>
          </w:p>
        </w:tc>
      </w:tr>
      <w:tr>
        <w:tc>
          <w:tcPr>
            <w:tcW w:type="dxa" w:w="1043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ז</w:t>
            </w:r>
          </w:p>
        </w:tc>
        <w:tc>
          <w:tcPr>
            <w:tcW w:type="dxa" w:w="1043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ט</w:t>
            </w:r>
          </w:p>
        </w:tc>
        <w:tc>
          <w:tcPr>
            <w:tcW w:type="dxa" w:w="1043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ר</w:t>
            </w:r>
          </w:p>
        </w:tc>
        <w:tc>
          <w:tcPr>
            <w:tcW w:type="dxa" w:w="1043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ח</w:t>
            </w:r>
          </w:p>
        </w:tc>
        <w:tc>
          <w:tcPr>
            <w:tcW w:type="dxa" w:w="1043"/>
            <w:shd w:val="clear" w:fill="B2F2BB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</w:t>
            </w:r>
          </w:p>
        </w:tc>
        <w:tc>
          <w:tcPr>
            <w:tcW w:type="dxa" w:w="1043"/>
            <w:shd w:val="clear" w:fill="B2F2BB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ל</w:t>
            </w:r>
          </w:p>
        </w:tc>
        <w:tc>
          <w:tcPr>
            <w:tcW w:type="dxa" w:w="1043"/>
            <w:shd w:val="clear" w:fill="B2F2BB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י</w:t>
            </w:r>
          </w:p>
        </w:tc>
        <w:tc>
          <w:tcPr>
            <w:tcW w:type="dxa" w:w="1043"/>
            <w:shd w:val="clear" w:fill="B2F2BB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י</w:t>
            </w:r>
          </w:p>
        </w:tc>
        <w:tc>
          <w:tcPr>
            <w:tcW w:type="dxa" w:w="1043"/>
            <w:shd w:val="clear" w:fill="B2F2BB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ט</w:t>
            </w:r>
          </w:p>
        </w:tc>
        <w:tc>
          <w:tcPr>
            <w:tcW w:type="dxa" w:w="1043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ז</w:t>
            </w:r>
          </w:p>
        </w:tc>
      </w:tr>
    </w:tbl>
    <w:p>
      <w:pPr>
        <w:bidi/>
        <w:jc w:val="right"/>
      </w:pP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פתרון התפזורת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