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📖 מילון הסיגד ב-6 שפות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עברית · English · Русский · አማርኛ · العربية · Français  —  לוודא: התרגומים לבדיקת דוברות ודוברי השפה.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338"/>
        <w:gridCol w:w="2338"/>
        <w:gridCol w:w="2338"/>
        <w:gridCol w:w="2338"/>
        <w:gridCol w:w="2338"/>
        <w:gridCol w:w="2338"/>
      </w:tblGrid>
      <w:tr>
        <w:tc>
          <w:tcPr>
            <w:tcW w:type="dxa" w:w="2338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עברית</w:t>
            </w:r>
          </w:p>
        </w:tc>
        <w:tc>
          <w:tcPr>
            <w:tcW w:type="dxa" w:w="2338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English</w:t>
            </w:r>
          </w:p>
        </w:tc>
        <w:tc>
          <w:tcPr>
            <w:tcW w:type="dxa" w:w="2338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Русский</w:t>
            </w:r>
          </w:p>
        </w:tc>
        <w:tc>
          <w:tcPr>
            <w:tcW w:type="dxa" w:w="2338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አማርኛ</w:t>
            </w:r>
          </w:p>
        </w:tc>
        <w:tc>
          <w:tcPr>
            <w:tcW w:type="dxa" w:w="2338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العربية</w:t>
            </w:r>
          </w:p>
        </w:tc>
        <w:tc>
          <w:tcPr>
            <w:tcW w:type="dxa" w:w="2338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Français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🌾 סִיגְד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Sigd (holiday of Ethiopian Jews)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Сигд (праздник евреев Эфиопии)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ሲግድ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السيغد (عيد يهود إثيوبيا)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le Sigd (fête des Juifs d'Éthiopie)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🎉 חַג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holiday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праздник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በዓል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عيد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fête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🍽️ צוֹם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fast (not eating)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пост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ጾም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صوم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jeûne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🙏 תְּפִילָּה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prayer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молитва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ጸሎት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صلاة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prière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⛰️ הַר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mountain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гора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ተራራ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جبل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montagne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🏙️ יְרוּשָׁלַיִם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Jerusalem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Иерусалим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ኢየሩሳሌም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القدس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Jérusalem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👳 קֵס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kes (religious leader of the community)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кес (религиозный лидер общины)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ቄስ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القِسّ (زعيم ديني في الطائفة)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kès (guide religieux de la communauté)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👥 קֵסִים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kessim (religious leaders)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кесы (религиозные лидеры)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ቀሳውስት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القساوسة (زعماء دينيون)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les kès (guides religieux)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📜 אוֹרִית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Orit (the holy scriptures of Ethiopian Jews)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Орит (священное Писание евреев Эфиопии)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ኦሪት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الأوريت (الكتاب المقدّس عند يهود إثيوبيا)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l'Orit (Écritures saintes des Juifs d'Éthiopie)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📖 תּוֹרָה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Torah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Тора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ቶራ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التوراة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la Torah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✍️ גְּעֵז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Ge'ez (an ancient language)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геэз (древний язык)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ግዕዝ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الجعزية (لغة قديمة)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le guèze (langue ancienne)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🗣️ אַמְהָרִית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Amharic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амхарский язык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አማርኛ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اللغة الأمهرية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l'amharique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🤝 קְהִילָּה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community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община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ማህበረሰብ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طائفة / مجتمع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communauté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🌍 אֶתְיוֹפְּיָה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Ethiopia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Эфиопия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ኢትዮጵያ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إثيوبيا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l'Éthiopie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✈️ עֲלִיָּה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aliyah (immigration to Israel)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алия (репатриация в Израиль)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ወደ እስራኤል መምጣት (አሊያ)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الهجرة إلى إسرائيل (عَلِيا)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l'alya (immigration en Israël)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🧳 עוֹלִים חֲדָשִׁים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new immigrants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новые репатрианты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አዲስ ወደ እስራኤል የመጡ ሰዎች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المهاجرون الجدد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les nouveaux immigrants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🙋 עוֹלֶה / עוֹלָה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an immigrant (m. / f.)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репатриант / репатриантка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ወደ እስራኤል የመጣ / የመጣች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مهاجر / مهاجرة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un immigrant / une immigrante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💭 גַּעְגּוּעִים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longing, missing someone or something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тоска, скучать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ናፍቆት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حنين / شوق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la nostalgie, le manque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💖 כִּיסּוּפִים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deep yearning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глубокое стремление, тоска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ጥልቅ ናፍቆት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توق عميق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un désir profond, l'aspiration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🏠 בַּיִת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home, house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дом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ቤት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بيت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la maison, le foyer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🫂 מִשְׁפָּחָה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family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семья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ቤተሰብ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عائلة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la famille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🤍 לָבָן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white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белый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ነጭ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أبيض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blanc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🪨 אֶבֶן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stone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камень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ድንጋይ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حجر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une pierre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😊 שִׂמְחָה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joy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радость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ደስታ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فرح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la joie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💃 רִיקּוּד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dance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танец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ጭፈራ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رقص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la danse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☂️ מִטְרִיָּה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umbrella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зонтик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ጃንጥላ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مظلّة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un parapluie, une ombrelle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🤲 בְּרִית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covenant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завет, союз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ቃል ኪዳን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عهد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l'alliance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🍞 לֶחֶם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bread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хлеб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ዳቦ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خبز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le pain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🍲 אֲרוּחָה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meal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трапеза, еда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ምግብ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وجبة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le repas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🫶 יַחַד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together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вместе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አብረን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معًا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ensemble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🙏 לְהִתְפַּלֵּל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to pray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молиться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መጸለይ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أن يصلّي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prier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⏳ לָצוּם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to fast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поститься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መጾም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أن يصوم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jeûner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🥳 לִשְׂמוֹחַ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to be happy, to rejoice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радоваться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መደሰት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أن يفرح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se réjouir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🧗 לַעֲלוֹת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to go up; to immigrate to Israel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подниматься; репатриироваться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መውጣት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أن يصعد؛ أن يهاجر إلى إسرائيل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monter ; faire son alya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🎊 לַחְגּוֹג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to celebrate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праздновать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ማክበር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أن يحتفل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célébrer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🧠 לִזְכּוֹר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to remember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помнить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ማስታወስ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أن يتذكّر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se souvenir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🌅 לְקַוּוֹת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to hope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надеяться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ተስፋ ማድረግ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أن يأمل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espérer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🌄 נוֹף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view, landscape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вид, пейзаж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መልክዓ ምድር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منظر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le paysage, la vue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🚶 טַיֶּלֶת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promenade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променад, набережная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የእግር መንሸራሸሪያ መንገድ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ممشى / كورنيش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la promenade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🍂 חֶשְׁוָן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Cheshvan (a Hebrew month)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хешван (еврейский месяц)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ሔሽቫን (የዕብራይስጥ ወር)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شهر حشفان (شهر عبري)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Hechvan (mois hébraïque)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🕊️ יוֹם הַכִּיפּוּרִים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Yom Kippur (Day of Atonement)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Йом Кипур (Судный день)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የስርየት ቀን (ዮም ኪፑር)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يوم الغفران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Yom Kippour (jour du Grand Pardon)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🙇 סְגִידָה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bowing down, worship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поклонение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ስግደት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سجود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la prosternation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🔄 תְּשׁוּבָה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repentance, return; answer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раскаяние, возвращение; ответ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ንስሐ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توبة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le repentir, le retour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💬 איך אומרים?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338"/>
        <w:gridCol w:w="2338"/>
        <w:gridCol w:w="2338"/>
        <w:gridCol w:w="2338"/>
        <w:gridCol w:w="2338"/>
        <w:gridCol w:w="2338"/>
      </w:tblGrid>
      <w:tr>
        <w:tc>
          <w:tcPr>
            <w:tcW w:type="dxa" w:w="2338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עברית</w:t>
            </w:r>
          </w:p>
        </w:tc>
        <w:tc>
          <w:tcPr>
            <w:tcW w:type="dxa" w:w="2338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English</w:t>
            </w:r>
          </w:p>
        </w:tc>
        <w:tc>
          <w:tcPr>
            <w:tcW w:type="dxa" w:w="2338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Русский</w:t>
            </w:r>
          </w:p>
        </w:tc>
        <w:tc>
          <w:tcPr>
            <w:tcW w:type="dxa" w:w="2338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አማርኛ</w:t>
            </w:r>
          </w:p>
        </w:tc>
        <w:tc>
          <w:tcPr>
            <w:tcW w:type="dxa" w:w="2338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العربية</w:t>
            </w:r>
          </w:p>
        </w:tc>
        <w:tc>
          <w:tcPr>
            <w:tcW w:type="dxa" w:w="2338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Français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🎉 חַג שָׂמֵחַ!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Happy holiday!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С праздником!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መልካም በዓል!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عيد سعيد!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Joyeuse fête !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🌾 חַג סִיגְד שָׂמֵחַ!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Happy Sigd!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Счастливого Сигда!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መልካም የሲግድ በዓል!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سيغد سعيد!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Joyeux Sigd !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👋 בְּרוּכִים הַבָּאִים!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Welcome! (to men or a mixed group)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Добро пожаловать!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እንኳን ደህና መጣችሁ!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أهلًا وسهلًا!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Bienvenue !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🌸 בְּרוּכוֹת הַבָּאוֹת!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Welcome! (to women)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Добро пожаловать! (женщинам)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እንኳን ደህና መጣችሁ! (ለሴቶች)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أهلًا وسهلًا بكنّ!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Bienvenue ! (aux femmes)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🏙️ לַשָּׁנָה הַבָּאָה בִּירוּשָׁלַיִם!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Next year in Jerusalem!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В следующем году — в Иерусалиме!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በሚቀጥለው ዓመት በኢየሩሳሌም!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العام القادم في القدس!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L'an prochain à Jérusalem !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🙏 תּוֹדָה רַבָּה!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Thank you very much!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Большое спасибо!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በጣም አመሰግናለሁ!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شكرًا جزيلًا!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Merci beaucoup !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😊 מָה שְׁלוֹמְךָ? / מָה שְׁלוֹמֵךְ?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How are you? (to a man / to a woman)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Как дела? / Как ты?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እንዴት ነህ? / እንዴት ነሽ?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كيف حالك؟ / كيف حالكِ؟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Comment vas-tu ?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💭 אֲנִי מִתְגַּעְגֵּעַ / מִתְגַּעְגַּעַת…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I miss… (man / woman speaking)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Я скучаю по…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…ናፈቀኝ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أنا مشتاق / مشتاقة إلى…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… me manque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🤝 שָׁלוֹם, נָעִים מְאוֹד!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Hello, nice to meet you!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Здравствуйте, очень приятно!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ሰላም፣ ስለተዋወቅን ደስ ብሎኛል!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مرحبًا، تشرّفنا!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Bonjour, enchanté(e) !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✨ מוֹעֲדִים לְשִׂמְחָה!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Joyful holidays! (traditional greeting)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Радостных праздников!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መልካም በዓል ይሁንላችሁ!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أعياد سعيدة!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Bonnes fêtes !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⏳ צוֹם קַל!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Have an easy fast!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Лёгкого поста!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ቀላል ጾም ይሁንላችሁ!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صومًا سهلًا!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Bon jeûne !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🍲 בְּתֵאָבוֹן!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Enjoy your meal!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Приятного аппетита!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መልካም ምግብ!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بالهناء والشفاء!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Bon appétit !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🚶 אֵיפֹה הַטַּיֶּלֶת?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Where is the promenade?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Где променад?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የእግር መንሸራሸሪያ መንገዱ የት ነው?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أين الممشى؟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Où est la promenade ?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🫱 אֶפְשָׁר לַעֲזוֹר לְךָ? / לָךְ?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Can I help you? (to a man / to a woman)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Можно вам помочь?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ልረዳህ? / ልረዳሽ?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هل يمكنني مساعدتك؟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Je peux vous aider ?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🤔 סְלִיחָה, לֹא הֵבַנְתִּי.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Sorry, I didn't understand.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Извините, я не понял(а).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ይቅርታ፣ አልገባኝም።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عذرًا، لم أفهم.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Pardon, je n'ai pas compris.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🐢 אֶפְשָׁר לְדַבֵּר לְאַט?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Can you speak slowly, please?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Можно говорить медленнее?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ቀስ ብለው መናገር ይችላሉ?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هل يمكنك التكلّم ببطء؟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Pouvez-vous parler lentement ?</w:t>
            </w:r>
          </w:p>
        </w:tc>
      </w:tr>
      <w:tr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👏 כָּל הַכָּבוֹד!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Well done!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Молодец!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በጣም ጎበዝ!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أحسنت!</w:t>
            </w:r>
          </w:p>
        </w:tc>
        <w:tc>
          <w:tcPr>
            <w:tcW w:type="dxa" w:w="23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Bravo !</w:t>
            </w:r>
          </w:p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5840" w:h="12240" w:orient="landscape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מילון הסיגד ב-6 שפות + איך אומרים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