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🃏 קלפי שיח – 12 קלפים (3×4)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גזרו את הקלפים. משתפים רק אם רוצים – תמיד אפשר לומר "אני מעביר/ה".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הַחַג · לָמָּה עַל הָהָר?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לָמָּה, לְדַעְתְּכֶם, מִתְפַּלְּלִים בַּסִּיגְד עַל מָקוֹם גָּבוֹהַּ?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הַחַג · בְּגָדִים לְבָנִים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מָה מַרְגִּישִׁים כְּשֶׁלּוֹבְשִׁים בֶּגֶד נָקִי וְחָגִיגִי? סַפְּרוּ.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🎉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הַחַג · חַג דּוֹמֶה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אֵיזֶה חַג אַחֵר דּוֹמֶה לַסִּיגְד? מָה דּוֹמֶה וּמָה שׁוֹנֶה?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הַבַּיִת שֶׁלִּי · רֵיחַ שֶׁל בַּיִת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אֵיזֶה רֵיחַ אוֹ אֹכֶל מַזְכִּיר לָכֶם בַּיִת? אֶפְשָׁר לְשַׁתֵּף – לֹא חוֹבָה.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הַבַּיִת שֶׁלִּי · שִׁיר מֵהַבַּיִת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יֵשׁ שִׁיר אוֹ מִילָּה שֶׁאַתֶּם אוֹהֲבִים מֵהַשָּׂפָה שֶׁלָּכֶם? רוֹצִים לְלַמֵּד אוֹתָנוּ?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הַבַּיִת שֶׁלִּי · אֲנָשִׁים קְרוֹבִים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עִם מִי אַתֶּם אוֹהֲבִים לַחְגּוֹג? חָבֵר, מִשְׁפָּחָה, שְׁכֵנִים – כָּל תְּשׁוּבָה טוֹבָה.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מִילִים וְשָׂפָה · מִילָּה אַחַת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אֵיזוֹ מִילָּה חֲדָשָׁה מֵהַחַג אַתֶּם הֲכִי אוֹהֲבִים? לָמָּה?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מִילִים וְשָׂפָה · אֵיךְ אוֹמְרִים?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אֵיךְ אוֹמְרִים ״חַג שָׂמֵחַ״ בַּשָּׂפָה שֶׁלָּכֶם? לַמְּדוּ אֶת הַקְּבוּצָה.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מִילִים וְשָׂפָה · גַּעְגּוּעִים וְכִיסּוּפִים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מָה הַהֶבְדֵּל בֵּין ״גַּעְגּוּעִים״ לְ״כִיסּוּפִים״? תְּנוּ דֻּגְמָה.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🌅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תִּקְוָה וְעָתִיד · בַּשָּׁנָה הַבָּאָה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הַשְׁלִימוּ: ״בַּשָּׁנָה הַבָּאָה אֲנִי רוֹצֶה / רוֹצָה…״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תִּקְוָה וְעָתִיד · מַשֶּׁהוּ חָדָשׁ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מָה לְמַדְתֶּם בְּיִשְׂרָאֵל שֶׁאַתֶּם גֵּאִים בּוֹ?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🕊️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תִּקְוָה וְעָתִיד · תִּקְוָה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מָה נוֹתֵן לָכֶם תִּקְוָה בְּיָמִים קָשִׁים? אֶפְשָׁר לַעֲנוֹת בְּמִילָּה אַחַת.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גב הקלפים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הסיגד לכולם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קלף שיח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שיח 3×4 – להדפסה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